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BD1E" w14:textId="7DFE79AB" w:rsidR="00712B21" w:rsidRPr="00A649CE" w:rsidRDefault="00A649CE" w:rsidP="00A649CE">
      <w:pPr>
        <w:jc w:val="center"/>
        <w:rPr>
          <w:rFonts w:ascii="Comic Sans MS" w:hAnsi="Comic Sans MS"/>
        </w:rPr>
      </w:pPr>
      <w:r w:rsidRPr="00A649CE">
        <w:rPr>
          <w:rFonts w:ascii="Comic Sans MS" w:hAnsi="Comic Sans MS"/>
          <w:b/>
          <w:sz w:val="24"/>
        </w:rPr>
        <w:t>MATEŘSKÁ</w:t>
      </w:r>
      <w:r w:rsidR="00000000" w:rsidRPr="00A649CE">
        <w:rPr>
          <w:rFonts w:ascii="Comic Sans MS" w:hAnsi="Comic Sans MS"/>
          <w:b/>
          <w:sz w:val="24"/>
        </w:rPr>
        <w:t xml:space="preserve"> ŠKOLA</w:t>
      </w:r>
      <w:r w:rsidR="00000000" w:rsidRPr="00A649CE">
        <w:rPr>
          <w:rFonts w:ascii="Comic Sans MS" w:hAnsi="Comic Sans MS"/>
          <w:b/>
          <w:sz w:val="24"/>
        </w:rPr>
        <w:br/>
      </w:r>
      <w:proofErr w:type="spellStart"/>
      <w:r w:rsidR="00000000" w:rsidRPr="00A649CE">
        <w:rPr>
          <w:rFonts w:ascii="Comic Sans MS" w:hAnsi="Comic Sans MS"/>
          <w:b/>
          <w:sz w:val="24"/>
        </w:rPr>
        <w:t>Faltusova</w:t>
      </w:r>
      <w:proofErr w:type="spellEnd"/>
      <w:r w:rsidR="00000000" w:rsidRPr="00A649CE">
        <w:rPr>
          <w:rFonts w:ascii="Comic Sans MS" w:hAnsi="Comic Sans MS"/>
          <w:b/>
          <w:sz w:val="24"/>
        </w:rPr>
        <w:t xml:space="preserve"> 357/12</w:t>
      </w:r>
      <w:r w:rsidR="00000000" w:rsidRPr="00A649CE">
        <w:rPr>
          <w:rFonts w:ascii="Comic Sans MS" w:hAnsi="Comic Sans MS"/>
          <w:b/>
          <w:sz w:val="24"/>
        </w:rPr>
        <w:br/>
      </w:r>
    </w:p>
    <w:p w14:paraId="57DFDEAB" w14:textId="77777777" w:rsidR="00712B21" w:rsidRPr="00A649CE" w:rsidRDefault="00712B21">
      <w:pPr>
        <w:rPr>
          <w:rFonts w:ascii="Comic Sans MS" w:hAnsi="Comic Sans MS"/>
        </w:rPr>
      </w:pPr>
    </w:p>
    <w:p w14:paraId="426E3DDB" w14:textId="77777777" w:rsidR="00712B21" w:rsidRPr="00A649CE" w:rsidRDefault="00000000">
      <w:pPr>
        <w:pStyle w:val="Nzev"/>
        <w:jc w:val="center"/>
        <w:rPr>
          <w:rFonts w:ascii="Comic Sans MS" w:hAnsi="Comic Sans MS"/>
        </w:rPr>
      </w:pPr>
      <w:r w:rsidRPr="00A649CE">
        <w:rPr>
          <w:rFonts w:ascii="Comic Sans MS" w:hAnsi="Comic Sans MS"/>
        </w:rPr>
        <w:t>PROVOZNÍ ŘÁD VÝDEJNY OBĚDŮ</w:t>
      </w:r>
    </w:p>
    <w:p w14:paraId="1A47DE71" w14:textId="77777777" w:rsidR="00712B21" w:rsidRPr="00A649CE" w:rsidRDefault="00000000">
      <w:pPr>
        <w:pStyle w:val="Podnadpis"/>
        <w:jc w:val="center"/>
        <w:rPr>
          <w:rFonts w:ascii="Comic Sans MS" w:hAnsi="Comic Sans MS"/>
        </w:rPr>
      </w:pPr>
      <w:r w:rsidRPr="00A649CE">
        <w:rPr>
          <w:rFonts w:ascii="Comic Sans MS" w:hAnsi="Comic Sans MS"/>
        </w:rPr>
        <w:t>Budova Faltusova 357/12</w:t>
      </w:r>
    </w:p>
    <w:p w14:paraId="522D4D65" w14:textId="77777777" w:rsidR="00712B21" w:rsidRPr="00A649CE" w:rsidRDefault="00712B21">
      <w:pPr>
        <w:rPr>
          <w:rFonts w:ascii="Comic Sans MS" w:hAnsi="Comic Sans MS"/>
        </w:rPr>
      </w:pPr>
    </w:p>
    <w:p w14:paraId="2EFF0C4F" w14:textId="05D3787C" w:rsidR="00712B21" w:rsidRPr="00A649CE" w:rsidRDefault="00000000" w:rsidP="00A649CE">
      <w:pPr>
        <w:ind w:left="720"/>
        <w:rPr>
          <w:rFonts w:ascii="Comic Sans MS" w:hAnsi="Comic Sans MS"/>
        </w:rPr>
      </w:pP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1. ÚČEL A CHARAKTER PROVOZU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 xml:space="preserve">Výdejna obědů v budově Faltusova 357/12 slouží k výdeji připravených pokrmů dětem a zaměstnancům školy. </w:t>
      </w:r>
      <w:r w:rsidRPr="00A649CE">
        <w:rPr>
          <w:rFonts w:ascii="Comic Sans MS" w:hAnsi="Comic Sans MS"/>
        </w:rPr>
        <w:br/>
        <w:t>V této budově se pokrmy nevyrábějí, ale pouze přebírají z centrální školní jídelny, porcionují a následně distribuují do jednotlivých tříd, kde probíhá vlastní konzumace.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2. PROVOZNÍ DOBA VÝDEJNY</w:t>
      </w:r>
      <w:r w:rsidRPr="00A649CE">
        <w:rPr>
          <w:rFonts w:ascii="Comic Sans MS" w:hAnsi="Comic Sans MS"/>
        </w:rPr>
        <w:br/>
        <w:t>Provozní doba výdejny se řídí rozvrhem výdeje obědů stanoveným vedením školy.</w:t>
      </w:r>
      <w:r w:rsidRPr="00A649CE">
        <w:rPr>
          <w:rFonts w:ascii="Comic Sans MS" w:hAnsi="Comic Sans MS"/>
        </w:rPr>
        <w:br/>
        <w:t>Obvykle:</w:t>
      </w:r>
      <w:r w:rsidRPr="00A649CE">
        <w:rPr>
          <w:rFonts w:ascii="Comic Sans MS" w:hAnsi="Comic Sans MS"/>
        </w:rPr>
        <w:br/>
        <w:t xml:space="preserve">- příjem jídel z </w:t>
      </w:r>
      <w:proofErr w:type="spellStart"/>
      <w:r w:rsidRPr="00A649CE">
        <w:rPr>
          <w:rFonts w:ascii="Comic Sans MS" w:hAnsi="Comic Sans MS"/>
        </w:rPr>
        <w:t>centrální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kuchyně</w:t>
      </w:r>
      <w:proofErr w:type="spellEnd"/>
      <w:r w:rsidRPr="00A649CE">
        <w:rPr>
          <w:rFonts w:ascii="Comic Sans MS" w:hAnsi="Comic Sans MS"/>
        </w:rPr>
        <w:t xml:space="preserve">: </w:t>
      </w:r>
      <w:r w:rsidR="00A649CE" w:rsidRPr="00A649CE">
        <w:rPr>
          <w:rFonts w:ascii="Comic Sans MS" w:hAnsi="Comic Sans MS"/>
        </w:rPr>
        <w:t xml:space="preserve">7:00, </w:t>
      </w:r>
      <w:r w:rsidRPr="00A649CE">
        <w:rPr>
          <w:rFonts w:ascii="Comic Sans MS" w:hAnsi="Comic Sans MS"/>
        </w:rPr>
        <w:t>1</w:t>
      </w:r>
      <w:r w:rsidR="00A649CE" w:rsidRPr="00A649CE">
        <w:rPr>
          <w:rFonts w:ascii="Comic Sans MS" w:hAnsi="Comic Sans MS"/>
        </w:rPr>
        <w:t>1:00</w:t>
      </w:r>
      <w:r w:rsidRPr="00A649CE">
        <w:rPr>
          <w:rFonts w:ascii="Comic Sans MS" w:hAnsi="Comic Sans MS"/>
        </w:rPr>
        <w:br/>
        <w:t xml:space="preserve">- </w:t>
      </w:r>
      <w:proofErr w:type="spellStart"/>
      <w:r w:rsidRPr="00A649CE">
        <w:rPr>
          <w:rFonts w:ascii="Comic Sans MS" w:hAnsi="Comic Sans MS"/>
        </w:rPr>
        <w:t>výdej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="00A649CE" w:rsidRPr="00A649CE">
        <w:rPr>
          <w:rFonts w:ascii="Comic Sans MS" w:hAnsi="Comic Sans MS"/>
        </w:rPr>
        <w:t>svačin</w:t>
      </w:r>
      <w:proofErr w:type="spellEnd"/>
      <w:r w:rsidR="00A649CE" w:rsidRPr="00A649CE">
        <w:rPr>
          <w:rFonts w:ascii="Comic Sans MS" w:hAnsi="Comic Sans MS"/>
        </w:rPr>
        <w:t>: 8:30 – 9:00, 14:00 – 14:30                                                                                                                                                -</w:t>
      </w:r>
      <w:proofErr w:type="spellStart"/>
      <w:r w:rsidR="00A649CE" w:rsidRPr="00A649CE">
        <w:rPr>
          <w:rFonts w:ascii="Comic Sans MS" w:hAnsi="Comic Sans MS"/>
        </w:rPr>
        <w:t>výdej</w:t>
      </w:r>
      <w:proofErr w:type="spellEnd"/>
      <w:r w:rsidR="00A649CE"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obědů</w:t>
      </w:r>
      <w:proofErr w:type="spellEnd"/>
      <w:r w:rsidRPr="00A649CE">
        <w:rPr>
          <w:rFonts w:ascii="Comic Sans MS" w:hAnsi="Comic Sans MS"/>
        </w:rPr>
        <w:t xml:space="preserve"> : 11:</w:t>
      </w:r>
      <w:r w:rsidR="00A649CE" w:rsidRPr="00A649CE">
        <w:rPr>
          <w:rFonts w:ascii="Comic Sans MS" w:hAnsi="Comic Sans MS"/>
        </w:rPr>
        <w:t>45</w:t>
      </w:r>
      <w:r w:rsidRPr="00A649CE">
        <w:rPr>
          <w:rFonts w:ascii="Comic Sans MS" w:hAnsi="Comic Sans MS"/>
        </w:rPr>
        <w:t>–1</w:t>
      </w:r>
      <w:r w:rsidR="00A649CE" w:rsidRPr="00A649CE">
        <w:rPr>
          <w:rFonts w:ascii="Comic Sans MS" w:hAnsi="Comic Sans MS"/>
        </w:rPr>
        <w:t>2</w:t>
      </w:r>
      <w:r w:rsidRPr="00A649CE">
        <w:rPr>
          <w:rFonts w:ascii="Comic Sans MS" w:hAnsi="Comic Sans MS"/>
        </w:rPr>
        <w:t>:</w:t>
      </w:r>
      <w:r w:rsidR="00A649CE" w:rsidRPr="00A649CE">
        <w:rPr>
          <w:rFonts w:ascii="Comic Sans MS" w:hAnsi="Comic Sans MS"/>
        </w:rPr>
        <w:t>3</w:t>
      </w:r>
      <w:r w:rsidRPr="00A649CE">
        <w:rPr>
          <w:rFonts w:ascii="Comic Sans MS" w:hAnsi="Comic Sans MS"/>
        </w:rPr>
        <w:t>0</w:t>
      </w:r>
      <w:r w:rsidR="00A649CE" w:rsidRPr="00A649CE">
        <w:rPr>
          <w:rFonts w:ascii="Comic Sans MS" w:hAnsi="Comic Sans MS"/>
        </w:rPr>
        <w:t xml:space="preserve">                                                                                                                  </w:t>
      </w:r>
      <w:r w:rsidRPr="00A649CE">
        <w:rPr>
          <w:rFonts w:ascii="Comic Sans MS" w:hAnsi="Comic Sans MS"/>
        </w:rPr>
        <w:t xml:space="preserve">- </w:t>
      </w:r>
      <w:proofErr w:type="spellStart"/>
      <w:r w:rsidRPr="00A649CE">
        <w:rPr>
          <w:rFonts w:ascii="Comic Sans MS" w:hAnsi="Comic Sans MS"/>
        </w:rPr>
        <w:t>úklid</w:t>
      </w:r>
      <w:proofErr w:type="spellEnd"/>
      <w:r w:rsidRPr="00A649CE">
        <w:rPr>
          <w:rFonts w:ascii="Comic Sans MS" w:hAnsi="Comic Sans MS"/>
        </w:rPr>
        <w:t xml:space="preserve"> a </w:t>
      </w:r>
      <w:proofErr w:type="spellStart"/>
      <w:r w:rsidRPr="00A649CE">
        <w:rPr>
          <w:rFonts w:ascii="Comic Sans MS" w:hAnsi="Comic Sans MS"/>
        </w:rPr>
        <w:t>sanitace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provozu</w:t>
      </w:r>
      <w:proofErr w:type="spellEnd"/>
      <w:r w:rsidRPr="00A649CE">
        <w:rPr>
          <w:rFonts w:ascii="Comic Sans MS" w:hAnsi="Comic Sans MS"/>
        </w:rPr>
        <w:t>: 13:00–14:00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proofErr w:type="spellStart"/>
      <w:r w:rsidRPr="00A649CE">
        <w:rPr>
          <w:rFonts w:ascii="Comic Sans MS" w:hAnsi="Comic Sans MS"/>
        </w:rPr>
        <w:t>Přesné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časy</w:t>
      </w:r>
      <w:proofErr w:type="spellEnd"/>
      <w:r w:rsidRPr="00A649CE">
        <w:rPr>
          <w:rFonts w:ascii="Comic Sans MS" w:hAnsi="Comic Sans MS"/>
        </w:rPr>
        <w:t xml:space="preserve"> mohou být upraveny podle aktuální organizace výuky a věkových skupin dětí.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3. ORGANIZACE PROVOZU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>- Pokrmy jsou do výdejny dováženy v nerezových gastronádobách v termoboxech zajišťujících správnou teplotu.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lastRenderedPageBreak/>
        <w:t>- Po převzetí jsou jídla udržována v teplotním režimu dle hygienických předpisů (teplé pokrmy nad 60 °C, studené do 8 °C).</w:t>
      </w:r>
      <w:r w:rsidRPr="00A649CE">
        <w:rPr>
          <w:rFonts w:ascii="Comic Sans MS" w:hAnsi="Comic Sans MS"/>
        </w:rPr>
        <w:br/>
        <w:t>- Strava je porcionována do jídelních nádob (např. termo misek) a roznášena do jednotlivých tříd pověřeným personálem.</w:t>
      </w:r>
      <w:r w:rsidRPr="00A649CE">
        <w:rPr>
          <w:rFonts w:ascii="Comic Sans MS" w:hAnsi="Comic Sans MS"/>
        </w:rPr>
        <w:br/>
        <w:t>- Děti oběd konzumují ve třídách pod dohledem pedagogických pracovníků.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4. HYGIENICKÉ POŽADAVKY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>- Ve výdejně platí přísný zákaz vstupu nepovolaným osobám.</w:t>
      </w:r>
      <w:r w:rsidRPr="00A649CE">
        <w:rPr>
          <w:rFonts w:ascii="Comic Sans MS" w:hAnsi="Comic Sans MS"/>
        </w:rPr>
        <w:br/>
        <w:t>- Pracovníci výdejny používají čistý pracovní oděv, pokrývku hlavy a dbají na osobní hygienu.</w:t>
      </w:r>
      <w:r w:rsidRPr="00A649CE">
        <w:rPr>
          <w:rFonts w:ascii="Comic Sans MS" w:hAnsi="Comic Sans MS"/>
        </w:rPr>
        <w:br/>
        <w:t>- Všechny pracovní plochy, nádoby a pomůcky se po skončení výdeje důkladně čistí a dezinfikují.</w:t>
      </w:r>
      <w:r w:rsidRPr="00A649CE">
        <w:rPr>
          <w:rFonts w:ascii="Comic Sans MS" w:hAnsi="Comic Sans MS"/>
        </w:rPr>
        <w:br/>
        <w:t>- Odpad se třídí a odnáší denně po ukončení provozu.</w:t>
      </w:r>
      <w:r w:rsidRPr="00A649CE">
        <w:rPr>
          <w:rFonts w:ascii="Comic Sans MS" w:hAnsi="Comic Sans MS"/>
        </w:rPr>
        <w:br/>
        <w:t>- Dodržuje se teplotní řetězec a zásady hygieny potravin dle Nařízení (ES) č. 852/2004 o hygieně potravin a vyhlášky č. 137/2004 Sb., o hygienických požadavcích na stravovací služby.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5. BEZPEČNOST A ODPOVĚDNOST</w:t>
      </w:r>
      <w:r w:rsidRPr="00A649CE">
        <w:rPr>
          <w:rFonts w:ascii="Comic Sans MS" w:hAnsi="Comic Sans MS"/>
        </w:rPr>
        <w:br/>
        <w:t>- Za provoz výdejny odpovídá pověřený zaměstnanec školy (vedoucí výdejny).</w:t>
      </w:r>
      <w:r w:rsidRPr="00A649CE">
        <w:rPr>
          <w:rFonts w:ascii="Comic Sans MS" w:hAnsi="Comic Sans MS"/>
        </w:rPr>
        <w:br/>
        <w:t>- Přeprava a výdej stravy se provádí tak, aby nedošlo k jejímu znečištění nebo znehodnocení.</w:t>
      </w:r>
      <w:r w:rsidRPr="00A649CE">
        <w:rPr>
          <w:rFonts w:ascii="Comic Sans MS" w:hAnsi="Comic Sans MS"/>
        </w:rPr>
        <w:br/>
        <w:t>- Dětem není dovoleno manipulovat s jídlem mimo stanovený prostor pro konzumaci.</w:t>
      </w:r>
      <w:r w:rsidRPr="00A649CE">
        <w:rPr>
          <w:rFonts w:ascii="Comic Sans MS" w:hAnsi="Comic Sans MS"/>
        </w:rPr>
        <w:br/>
        <w:t>- V případě mimořádné situace (výpadek elektřiny, kontaminace potravin apod.) je nutné neprodleně informovat vedení školy a přerušit výdej.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6. ÚKLID A SANITACE</w:t>
      </w:r>
      <w:r w:rsidRPr="00A649CE">
        <w:rPr>
          <w:rFonts w:ascii="Comic Sans MS" w:hAnsi="Comic Sans MS"/>
        </w:rPr>
        <w:br/>
        <w:t>- Po skončení výdeje se provádí kompletní úklid všech pracovních ploch a podlah.</w:t>
      </w:r>
      <w:r w:rsidRPr="00A649CE">
        <w:rPr>
          <w:rFonts w:ascii="Comic Sans MS" w:hAnsi="Comic Sans MS"/>
        </w:rPr>
        <w:br/>
        <w:t>- Používají se pouze schválené čisticí a dezinfekční prostředky, které jsou řádně označené.</w:t>
      </w:r>
      <w:r w:rsidRPr="00A649CE">
        <w:rPr>
          <w:rFonts w:ascii="Comic Sans MS" w:hAnsi="Comic Sans MS"/>
        </w:rPr>
        <w:br/>
        <w:t>- Čisticí pomůcky jsou odděleny dle účelu (nádobí, podlahy, pracovní plochy).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7. ZÁVĚREČNÁ USTANOVENÍ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>- Provozní řád je závazný pro všechny pracovníky zajišťující výdej obědů v budově Faltusova 357/12.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lastRenderedPageBreak/>
        <w:t>- Provozní řád je přístupný na viditelném místě ve výdejně.</w:t>
      </w:r>
      <w:r w:rsidRPr="00A649CE">
        <w:rPr>
          <w:rFonts w:ascii="Comic Sans MS" w:hAnsi="Comic Sans MS"/>
        </w:rPr>
        <w:br/>
        <w:t>- Tento provozní řád nabývá účinnosti dnem schválení vedením školy.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  <w:t xml:space="preserve">V </w:t>
      </w:r>
      <w:proofErr w:type="spellStart"/>
      <w:r w:rsidR="00A649CE">
        <w:rPr>
          <w:rFonts w:ascii="Comic Sans MS" w:hAnsi="Comic Sans MS"/>
        </w:rPr>
        <w:t>Zelenči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dne</w:t>
      </w:r>
      <w:proofErr w:type="spellEnd"/>
      <w:r w:rsidRPr="00A649CE">
        <w:rPr>
          <w:rFonts w:ascii="Comic Sans MS" w:hAnsi="Comic Sans MS"/>
        </w:rPr>
        <w:t xml:space="preserve"> </w:t>
      </w:r>
      <w:r w:rsidR="00A649CE">
        <w:rPr>
          <w:rFonts w:ascii="Comic Sans MS" w:hAnsi="Comic Sans MS"/>
        </w:rPr>
        <w:t>1.9.2025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  <w:t>..........................................................</w:t>
      </w:r>
      <w:r w:rsidRPr="00A649CE">
        <w:rPr>
          <w:rFonts w:ascii="Comic Sans MS" w:hAnsi="Comic Sans MS"/>
        </w:rPr>
        <w:br/>
        <w:t>Podpis ředitele školy</w:t>
      </w:r>
      <w:r w:rsidRPr="00A649CE">
        <w:rPr>
          <w:rFonts w:ascii="Comic Sans MS" w:hAnsi="Comic Sans MS"/>
        </w:rPr>
        <w:br/>
      </w:r>
    </w:p>
    <w:sectPr w:rsidR="00712B21" w:rsidRPr="00A649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0183828">
    <w:abstractNumId w:val="8"/>
  </w:num>
  <w:num w:numId="2" w16cid:durableId="970598522">
    <w:abstractNumId w:val="6"/>
  </w:num>
  <w:num w:numId="3" w16cid:durableId="2069838566">
    <w:abstractNumId w:val="5"/>
  </w:num>
  <w:num w:numId="4" w16cid:durableId="1316496178">
    <w:abstractNumId w:val="4"/>
  </w:num>
  <w:num w:numId="5" w16cid:durableId="1660115191">
    <w:abstractNumId w:val="7"/>
  </w:num>
  <w:num w:numId="6" w16cid:durableId="1267733238">
    <w:abstractNumId w:val="3"/>
  </w:num>
  <w:num w:numId="7" w16cid:durableId="1383557237">
    <w:abstractNumId w:val="2"/>
  </w:num>
  <w:num w:numId="8" w16cid:durableId="1991908172">
    <w:abstractNumId w:val="1"/>
  </w:num>
  <w:num w:numId="9" w16cid:durableId="98921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2B21"/>
    <w:rsid w:val="00A649CE"/>
    <w:rsid w:val="00AA1D8D"/>
    <w:rsid w:val="00B47730"/>
    <w:rsid w:val="00C767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43AE8"/>
  <w14:defaultImageDpi w14:val="300"/>
  <w15:docId w15:val="{7DD6909A-9DEC-41C0-A3A9-0D726522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Motýlci - Mateřská škola Zeleneč</cp:lastModifiedBy>
  <cp:revision>2</cp:revision>
  <cp:lastPrinted>2025-10-06T07:30:00Z</cp:lastPrinted>
  <dcterms:created xsi:type="dcterms:W3CDTF">2025-10-06T07:30:00Z</dcterms:created>
  <dcterms:modified xsi:type="dcterms:W3CDTF">2025-10-06T07:30:00Z</dcterms:modified>
  <cp:category/>
</cp:coreProperties>
</file>